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4C5A" w14:textId="77777777" w:rsidR="00D86EA9" w:rsidRDefault="00000000">
      <w:pPr>
        <w:pStyle w:val="Heading1"/>
        <w:jc w:val="center"/>
      </w:pPr>
      <w:r>
        <w:t>Crew Neck to V-Neck Worksheet</w:t>
      </w:r>
    </w:p>
    <w:p w14:paraId="2E9CDDDB" w14:textId="77777777" w:rsidR="00D86EA9" w:rsidRDefault="00000000">
      <w:pPr>
        <w:pStyle w:val="Heading2"/>
      </w:pPr>
      <w:r>
        <w:t>Step 1 – Choose Your T-Shirt</w:t>
      </w:r>
    </w:p>
    <w:p w14:paraId="52F7E722" w14:textId="77777777" w:rsidR="00D86EA9" w:rsidRDefault="00000000">
      <w:r>
        <w:t>Use a tried and tested t-shirt that already fits you well.</w:t>
      </w:r>
      <w:r>
        <w:br/>
      </w:r>
      <w:r>
        <w:br/>
        <w:t>This will help you decide:</w:t>
      </w:r>
      <w:r>
        <w:br/>
        <w:t>• How deep you would like the V-neck to be</w:t>
      </w:r>
      <w:r>
        <w:br/>
        <w:t>• Whether you would like the neckline width to stay the same or be adjusted</w:t>
      </w:r>
    </w:p>
    <w:p w14:paraId="0B6AF59F" w14:textId="77777777" w:rsidR="00D86EA9" w:rsidRDefault="00000000">
      <w:pPr>
        <w:pStyle w:val="Heading2"/>
      </w:pPr>
      <w:r>
        <w:t>Step 2 – Measure the V-Neck Depth</w:t>
      </w:r>
    </w:p>
    <w:p w14:paraId="215D8851" w14:textId="77777777" w:rsidR="00D86EA9" w:rsidRDefault="00000000">
      <w:r>
        <w:t>While wearing your t-shirt:</w:t>
      </w:r>
      <w:r>
        <w:br/>
      </w:r>
      <w:r>
        <w:br/>
        <w:t>• Measure from the side neck point (where the shoulder seam meets the neckline)</w:t>
      </w:r>
      <w:r>
        <w:br/>
        <w:t>• Measure in a straight line down to where you would like the V-neck point to finish</w:t>
      </w:r>
      <w:r>
        <w:br/>
      </w:r>
      <w:r>
        <w:br/>
        <w:t>Tips:</w:t>
      </w:r>
      <w:r>
        <w:br/>
        <w:t>• Use a ruler or pencil to help square across for better accuracy</w:t>
      </w:r>
      <w:r>
        <w:br/>
        <w:t>• Stand in front of a mirror if possible</w:t>
      </w:r>
      <w:r>
        <w:br/>
      </w:r>
      <w:r>
        <w:br/>
        <w:t>Record your measurement below:</w:t>
      </w:r>
      <w:r>
        <w:br/>
      </w:r>
      <w:r>
        <w:br/>
        <w:t>V-neck depth: __________ cm</w:t>
      </w:r>
    </w:p>
    <w:p w14:paraId="1C433DB5" w14:textId="77777777" w:rsidR="00D86EA9" w:rsidRDefault="00000000">
      <w:pPr>
        <w:pStyle w:val="Heading2"/>
      </w:pPr>
      <w:r>
        <w:t>Step 3 – Measure the Neck Width</w:t>
      </w:r>
    </w:p>
    <w:p w14:paraId="5AA2F7A8" w14:textId="77777777" w:rsidR="00D86EA9" w:rsidRDefault="00000000">
      <w:r>
        <w:t>Decide whether you would like the neckline width to:</w:t>
      </w:r>
      <w:r>
        <w:br/>
        <w:t>• Stay the same</w:t>
      </w:r>
      <w:r>
        <w:br/>
        <w:t>• Become narrower</w:t>
      </w:r>
      <w:r>
        <w:br/>
        <w:t>• Become wider</w:t>
      </w:r>
      <w:r>
        <w:br/>
      </w:r>
      <w:r>
        <w:br/>
        <w:t>If you want to change the width:</w:t>
      </w:r>
      <w:r>
        <w:br/>
        <w:t>• Measure from the current neckline edge to where you would like the new neckline to begin</w:t>
      </w:r>
      <w:r>
        <w:br/>
      </w:r>
      <w:r>
        <w:br/>
        <w:t>Record your measurement below:</w:t>
      </w:r>
      <w:r>
        <w:br/>
      </w:r>
      <w:r>
        <w:br/>
        <w:t>Neck width adjustment: __________ cm</w:t>
      </w:r>
    </w:p>
    <w:p w14:paraId="3903DCFF" w14:textId="77777777" w:rsidR="00D86EA9" w:rsidRDefault="00000000">
      <w:pPr>
        <w:pStyle w:val="Heading2"/>
      </w:pPr>
      <w:r>
        <w:t>Step 4 – Prepare for Pattern Changes</w:t>
      </w:r>
    </w:p>
    <w:p w14:paraId="6441EADE" w14:textId="77777777" w:rsidR="00D86EA9" w:rsidRDefault="00000000">
      <w:r>
        <w:t>You are now ready to make the pattern adjustments.</w:t>
      </w:r>
      <w:r>
        <w:br/>
      </w:r>
      <w:r>
        <w:br/>
        <w:t>You should now have:</w:t>
      </w:r>
      <w:r>
        <w:br/>
        <w:t>• Your V-neck depth measurement</w:t>
      </w:r>
      <w:r>
        <w:br/>
      </w:r>
      <w:r>
        <w:lastRenderedPageBreak/>
        <w:t>• Your neckline width measurement</w:t>
      </w:r>
      <w:r>
        <w:br/>
      </w:r>
      <w:r>
        <w:br/>
        <w:t>These measurements can now be transferred onto your pattern.</w:t>
      </w:r>
    </w:p>
    <w:p w14:paraId="4FDC2462" w14:textId="77777777" w:rsidR="00D86EA9" w:rsidRDefault="00000000">
      <w:pPr>
        <w:pStyle w:val="Heading2"/>
      </w:pPr>
      <w:r>
        <w:t>Notes</w:t>
      </w:r>
    </w:p>
    <w:p w14:paraId="4B6CA65B" w14:textId="77777777" w:rsidR="00D86EA9" w:rsidRDefault="00000000">
      <w:r>
        <w:br/>
      </w:r>
      <w:r>
        <w:br/>
        <w:t>____________________________________________________</w:t>
      </w:r>
      <w:r>
        <w:br/>
      </w:r>
      <w:r>
        <w:br/>
        <w:t>____________________________________________________</w:t>
      </w:r>
      <w:r>
        <w:br/>
      </w:r>
      <w:r>
        <w:br/>
        <w:t>____________________________________________________</w:t>
      </w:r>
      <w:r>
        <w:br/>
      </w:r>
      <w:r>
        <w:br/>
        <w:t>____________________________________________________</w:t>
      </w:r>
      <w:r>
        <w:br/>
      </w:r>
    </w:p>
    <w:sectPr w:rsidR="00D86EA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9849601">
    <w:abstractNumId w:val="8"/>
  </w:num>
  <w:num w:numId="2" w16cid:durableId="1278370190">
    <w:abstractNumId w:val="6"/>
  </w:num>
  <w:num w:numId="3" w16cid:durableId="959192368">
    <w:abstractNumId w:val="5"/>
  </w:num>
  <w:num w:numId="4" w16cid:durableId="695303542">
    <w:abstractNumId w:val="4"/>
  </w:num>
  <w:num w:numId="5" w16cid:durableId="1079668718">
    <w:abstractNumId w:val="7"/>
  </w:num>
  <w:num w:numId="6" w16cid:durableId="129521749">
    <w:abstractNumId w:val="3"/>
  </w:num>
  <w:num w:numId="7" w16cid:durableId="748575251">
    <w:abstractNumId w:val="2"/>
  </w:num>
  <w:num w:numId="8" w16cid:durableId="1484538923">
    <w:abstractNumId w:val="1"/>
  </w:num>
  <w:num w:numId="9" w16cid:durableId="1809010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A55CA"/>
    <w:rsid w:val="006619EB"/>
    <w:rsid w:val="00AA1D8D"/>
    <w:rsid w:val="00B47730"/>
    <w:rsid w:val="00CB0664"/>
    <w:rsid w:val="00D86E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BD6BDC"/>
  <w14:defaultImageDpi w14:val="300"/>
  <w15:docId w15:val="{3558FDB6-A135-4C57-9FF5-CCCA303C1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1243</Characters>
  <Application>Microsoft Office Word</Application>
  <DocSecurity>0</DocSecurity>
  <Lines>54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claridge</cp:lastModifiedBy>
  <cp:revision>2</cp:revision>
  <dcterms:created xsi:type="dcterms:W3CDTF">2026-05-28T12:10:00Z</dcterms:created>
  <dcterms:modified xsi:type="dcterms:W3CDTF">2026-05-28T12:10:00Z</dcterms:modified>
  <cp:category/>
</cp:coreProperties>
</file>